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16E88" w:rsidRDefault="00416E88" w:rsidP="00416E88">
      <w:pPr>
        <w:spacing w:after="0"/>
        <w:jc w:val="center"/>
        <w:rPr>
          <w:b/>
          <w:sz w:val="24"/>
        </w:rPr>
      </w:pPr>
      <w:r w:rsidRPr="00416E88">
        <w:rPr>
          <w:b/>
          <w:noProof/>
          <w:sz w:val="24"/>
        </w:rPr>
        <w:drawing>
          <wp:inline distT="0" distB="0" distL="0" distR="0" wp14:anchorId="64CBD8F5" wp14:editId="24F2F709">
            <wp:extent cx="2692400" cy="9652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9D1" w:rsidRDefault="00E359D1">
      <w:pPr>
        <w:spacing w:before="40" w:after="100"/>
        <w:jc w:val="center"/>
        <w:rPr>
          <w:rFonts w:ascii="Myriad Pro" w:hAnsi="Myriad Pro" w:cs="Myriad Arabic"/>
          <w:b/>
          <w:sz w:val="28"/>
          <w:szCs w:val="28"/>
        </w:rPr>
      </w:pPr>
    </w:p>
    <w:p w:rsidR="007458CC" w:rsidRPr="00416E88" w:rsidRDefault="00000000">
      <w:pPr>
        <w:spacing w:before="40" w:after="100"/>
        <w:jc w:val="center"/>
        <w:rPr>
          <w:rFonts w:ascii="Myriad Pro" w:hAnsi="Myriad Pro" w:cs="Myriad Arabic"/>
          <w:sz w:val="28"/>
          <w:szCs w:val="28"/>
        </w:rPr>
      </w:pPr>
      <w:r w:rsidRPr="00416E88">
        <w:rPr>
          <w:rFonts w:ascii="Myriad Pro" w:hAnsi="Myriad Pro" w:cs="Myriad Arabic"/>
          <w:b/>
          <w:sz w:val="28"/>
          <w:szCs w:val="28"/>
        </w:rPr>
        <w:t>LAVORA CON NOI – RICHIESTA INFORMAZIONI PARTNER</w:t>
      </w:r>
    </w:p>
    <w:p w:rsidR="007458CC" w:rsidRPr="00416E88" w:rsidRDefault="00000000">
      <w:pPr>
        <w:spacing w:after="160"/>
        <w:jc w:val="center"/>
        <w:rPr>
          <w:rFonts w:ascii="Myriad Pro" w:hAnsi="Myriad Pro" w:cs="Myriad Arabic"/>
          <w:sz w:val="20"/>
          <w:szCs w:val="20"/>
        </w:rPr>
      </w:pPr>
      <w:r w:rsidRPr="00416E88">
        <w:rPr>
          <w:rFonts w:ascii="Myriad Pro" w:hAnsi="Myriad Pro" w:cs="Myriad Arabic"/>
          <w:color w:val="5A5A5A"/>
          <w:sz w:val="20"/>
          <w:szCs w:val="20"/>
        </w:rPr>
        <w:t>Compila il modulo per ricevere informazioni e condizioni dedicate al tuo profilo professionale.</w:t>
      </w:r>
    </w:p>
    <w:p w:rsidR="00226B62" w:rsidRDefault="00226B62">
      <w:pPr>
        <w:spacing w:after="0" w:line="120" w:lineRule="auto"/>
        <w:rPr>
          <w:rFonts w:ascii="Myriad Pro" w:hAnsi="Myriad Pro" w:cs="Myriad Arabic"/>
          <w:b/>
          <w:color w:val="5B4734"/>
          <w:sz w:val="21"/>
        </w:rPr>
      </w:pPr>
    </w:p>
    <w:p w:rsidR="00226B62" w:rsidRDefault="00226B62">
      <w:pPr>
        <w:spacing w:after="0" w:line="120" w:lineRule="auto"/>
        <w:rPr>
          <w:rFonts w:ascii="Myriad Pro" w:hAnsi="Myriad Pro" w:cs="Myriad Arabic"/>
          <w:b/>
          <w:color w:val="5B4734"/>
          <w:sz w:val="21"/>
        </w:rPr>
      </w:pPr>
    </w:p>
    <w:p w:rsidR="001C536F" w:rsidRPr="00226B62" w:rsidRDefault="00226B62" w:rsidP="00226B62">
      <w:pPr>
        <w:spacing w:before="80" w:after="80"/>
        <w:rPr>
          <w:rFonts w:ascii="Myriad Pro" w:hAnsi="Myriad Pro" w:cs="Myriad Arabic"/>
        </w:rPr>
      </w:pPr>
      <w:r w:rsidRPr="00416E88">
        <w:rPr>
          <w:rFonts w:ascii="Myriad Pro" w:hAnsi="Myriad Pro" w:cs="Myriad Arabic"/>
          <w:b/>
          <w:color w:val="5B4734"/>
          <w:sz w:val="21"/>
        </w:rPr>
        <w:t>1. IL TUO PROFIL</w:t>
      </w:r>
      <w:r>
        <w:rPr>
          <w:rFonts w:ascii="Myriad Pro" w:hAnsi="Myriad Pro" w:cs="Myriad Arabic"/>
          <w:b/>
          <w:color w:val="5B4734"/>
          <w:sz w:val="21"/>
        </w:rPr>
        <w:t xml:space="preserve">O </w:t>
      </w:r>
    </w:p>
    <w:p w:rsidR="001C536F" w:rsidRDefault="001C536F">
      <w:pPr>
        <w:spacing w:after="0" w:line="120" w:lineRule="auto"/>
        <w:rPr>
          <w:rFonts w:ascii="Myriad Pro" w:hAnsi="Myriad Pro" w:cs="Myriad Arabic"/>
          <w:b/>
          <w:color w:val="5B4734"/>
          <w:sz w:val="2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81"/>
        <w:gridCol w:w="3634"/>
        <w:gridCol w:w="3487"/>
      </w:tblGrid>
      <w:tr w:rsidR="001C536F" w:rsidTr="001C536F">
        <w:trPr>
          <w:trHeight w:val="439"/>
        </w:trPr>
        <w:tc>
          <w:tcPr>
            <w:tcW w:w="3227" w:type="dxa"/>
          </w:tcPr>
          <w:p w:rsidR="001C536F" w:rsidRPr="001C536F" w:rsidRDefault="001C536F" w:rsidP="001C536F">
            <w:pPr>
              <w:jc w:val="center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sdt>
              <w:sdtPr>
                <w:rPr>
                  <w:rFonts w:asciiTheme="majorHAnsi" w:hAnsiTheme="majorHAnsi" w:cstheme="majorHAnsi"/>
                  <w:b/>
                  <w:bCs/>
                  <w:sz w:val="21"/>
                  <w:szCs w:val="21"/>
                </w:rPr>
                <w:alias w:val="PROFILO_RIVENDITORE"/>
                <w:tag w:val="PROFILO_RIVENDITORE"/>
                <w:id w:val="170928970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="00226B62">
                  <w:rPr>
                    <w:rFonts w:ascii="Segoe UI Symbol" w:hAnsi="Segoe UI Symbol" w:cstheme="majorHAnsi"/>
                    <w:b/>
                    <w:bCs/>
                    <w:sz w:val="21"/>
                    <w:szCs w:val="21"/>
                  </w:rPr>
                  <w:t>☐</w:t>
                </w:r>
              </w:sdtContent>
            </w:sdt>
            <w:r w:rsidRPr="001C536F"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  <w:t xml:space="preserve">  RIVENDITORE</w:t>
            </w:r>
          </w:p>
        </w:tc>
        <w:tc>
          <w:tcPr>
            <w:tcW w:w="3685" w:type="dxa"/>
          </w:tcPr>
          <w:p w:rsidR="001C536F" w:rsidRPr="001C536F" w:rsidRDefault="001C536F" w:rsidP="001C536F">
            <w:pPr>
              <w:jc w:val="center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sdt>
              <w:sdtPr>
                <w:rPr>
                  <w:rFonts w:asciiTheme="majorHAnsi" w:hAnsiTheme="majorHAnsi" w:cstheme="majorHAnsi"/>
                  <w:b/>
                  <w:bCs/>
                  <w:sz w:val="21"/>
                  <w:szCs w:val="21"/>
                </w:rPr>
                <w:alias w:val="PROFILO_PROFESSIONISTA"/>
                <w:tag w:val="PROFILO_PROFESSIONISTA"/>
                <w:id w:val="-19492973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1C536F">
                  <w:rPr>
                    <w:rFonts w:ascii="Segoe UI Symbol" w:hAnsi="Segoe UI Symbol" w:cs="Segoe UI Symbol"/>
                    <w:b/>
                    <w:bCs/>
                    <w:sz w:val="21"/>
                    <w:szCs w:val="21"/>
                  </w:rPr>
                  <w:t>☐</w:t>
                </w:r>
              </w:sdtContent>
            </w:sdt>
            <w:r w:rsidRPr="001C536F"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  <w:t xml:space="preserve">  PROFESSIONISTA</w:t>
            </w:r>
          </w:p>
        </w:tc>
        <w:tc>
          <w:tcPr>
            <w:tcW w:w="3540" w:type="dxa"/>
          </w:tcPr>
          <w:p w:rsidR="001C536F" w:rsidRPr="001C536F" w:rsidRDefault="001C536F" w:rsidP="001C536F">
            <w:pPr>
              <w:jc w:val="center"/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</w:pPr>
            <w:sdt>
              <w:sdtPr>
                <w:rPr>
                  <w:rFonts w:asciiTheme="majorHAnsi" w:hAnsiTheme="majorHAnsi" w:cstheme="majorHAnsi"/>
                  <w:b/>
                  <w:bCs/>
                  <w:sz w:val="21"/>
                  <w:szCs w:val="21"/>
                </w:rPr>
                <w:alias w:val="PROFILO_PROFESSIONISTA"/>
                <w:tag w:val="PROFILO_PROFESSIONISTA"/>
                <w:id w:val="167599155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1C536F">
                  <w:rPr>
                    <w:rFonts w:ascii="Segoe UI Symbol" w:hAnsi="Segoe UI Symbol" w:cs="Segoe UI Symbol"/>
                    <w:b/>
                    <w:bCs/>
                    <w:sz w:val="21"/>
                    <w:szCs w:val="21"/>
                  </w:rPr>
                  <w:t>☐</w:t>
                </w:r>
              </w:sdtContent>
            </w:sdt>
            <w:r w:rsidRPr="001C536F"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  <w:t xml:space="preserve">  </w:t>
            </w:r>
            <w:r w:rsidRPr="001C536F">
              <w:rPr>
                <w:rFonts w:asciiTheme="majorHAnsi" w:hAnsiTheme="majorHAnsi" w:cstheme="majorHAnsi"/>
                <w:b/>
                <w:bCs/>
                <w:sz w:val="21"/>
                <w:szCs w:val="21"/>
              </w:rPr>
              <w:t>AMBASSADOR OLFATTIVO</w:t>
            </w:r>
          </w:p>
        </w:tc>
      </w:tr>
      <w:tr w:rsidR="001C536F" w:rsidTr="001C536F">
        <w:trPr>
          <w:trHeight w:val="843"/>
        </w:trPr>
        <w:tc>
          <w:tcPr>
            <w:tcW w:w="3227" w:type="dxa"/>
          </w:tcPr>
          <w:p w:rsidR="001C536F" w:rsidRDefault="001C536F" w:rsidP="00226B62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Farmacia</w:t>
            </w:r>
            <w:proofErr w:type="spellEnd"/>
            <w:r>
              <w:rPr>
                <w:rFonts w:ascii="Arial" w:hAnsi="Arial"/>
              </w:rPr>
              <w:t xml:space="preserve"> / </w:t>
            </w:r>
            <w:proofErr w:type="spellStart"/>
            <w:r>
              <w:rPr>
                <w:rFonts w:ascii="Arial" w:hAnsi="Arial"/>
              </w:rPr>
              <w:t>Erboristeria</w:t>
            </w:r>
            <w:proofErr w:type="spellEnd"/>
            <w:r>
              <w:rPr>
                <w:rFonts w:ascii="Arial" w:hAnsi="Arial"/>
              </w:rPr>
              <w:t xml:space="preserve"> / </w:t>
            </w:r>
            <w:proofErr w:type="spellStart"/>
            <w:r>
              <w:rPr>
                <w:rFonts w:ascii="Arial" w:hAnsi="Arial"/>
              </w:rPr>
              <w:t>Negozio</w:t>
            </w:r>
            <w:proofErr w:type="spellEnd"/>
            <w:r>
              <w:rPr>
                <w:rFonts w:ascii="Arial" w:hAnsi="Arial"/>
              </w:rPr>
              <w:t xml:space="preserve"> </w:t>
            </w:r>
          </w:p>
          <w:p w:rsidR="001C536F" w:rsidRDefault="001C536F" w:rsidP="00226B62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specializzato</w:t>
            </w:r>
            <w:proofErr w:type="spellEnd"/>
            <w:r>
              <w:rPr>
                <w:rFonts w:ascii="Arial" w:hAnsi="Arial"/>
              </w:rPr>
              <w:t xml:space="preserve"> / </w:t>
            </w:r>
            <w:proofErr w:type="spellStart"/>
            <w:r>
              <w:rPr>
                <w:rFonts w:ascii="Arial" w:hAnsi="Arial"/>
              </w:rPr>
              <w:t>Parafarmacia</w:t>
            </w:r>
            <w:proofErr w:type="spellEnd"/>
            <w:r>
              <w:rPr>
                <w:rFonts w:ascii="Arial" w:hAnsi="Arial"/>
              </w:rPr>
              <w:t xml:space="preserve"> / </w:t>
            </w:r>
            <w:proofErr w:type="spellStart"/>
            <w:r>
              <w:rPr>
                <w:rFonts w:ascii="Arial" w:hAnsi="Arial"/>
              </w:rPr>
              <w:t>Altro</w:t>
            </w:r>
            <w:proofErr w:type="spellEnd"/>
            <w:r>
              <w:rPr>
                <w:rFonts w:ascii="Arial" w:hAnsi="Arial"/>
              </w:rPr>
              <w:t xml:space="preserve">: </w:t>
            </w:r>
          </w:p>
          <w:p w:rsidR="001C536F" w:rsidRDefault="001C536F" w:rsidP="00226B62"/>
        </w:tc>
        <w:tc>
          <w:tcPr>
            <w:tcW w:w="3685" w:type="dxa"/>
          </w:tcPr>
          <w:p w:rsidR="001C536F" w:rsidRDefault="001C536F" w:rsidP="00226B62">
            <w:proofErr w:type="spellStart"/>
            <w:r>
              <w:rPr>
                <w:rFonts w:ascii="Arial" w:hAnsi="Arial"/>
              </w:rPr>
              <w:t>Naturopata</w:t>
            </w:r>
            <w:proofErr w:type="spellEnd"/>
            <w:r>
              <w:rPr>
                <w:rFonts w:ascii="Arial" w:hAnsi="Arial"/>
              </w:rPr>
              <w:t xml:space="preserve"> / </w:t>
            </w:r>
            <w:proofErr w:type="spellStart"/>
            <w:r>
              <w:rPr>
                <w:rFonts w:ascii="Arial" w:hAnsi="Arial"/>
              </w:rPr>
              <w:t>Aromaterapeuta</w:t>
            </w:r>
            <w:proofErr w:type="spellEnd"/>
            <w:r>
              <w:rPr>
                <w:rFonts w:ascii="Arial" w:hAnsi="Arial"/>
              </w:rPr>
              <w:t xml:space="preserve"> / </w:t>
            </w:r>
            <w:proofErr w:type="spellStart"/>
            <w:r>
              <w:rPr>
                <w:rFonts w:ascii="Arial" w:hAnsi="Arial"/>
              </w:rPr>
              <w:t>Operatore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olistico</w:t>
            </w:r>
            <w:proofErr w:type="spellEnd"/>
            <w:r>
              <w:rPr>
                <w:rFonts w:ascii="Arial" w:hAnsi="Arial"/>
              </w:rPr>
              <w:t xml:space="preserve"> / SPA / </w:t>
            </w:r>
            <w:proofErr w:type="spellStart"/>
            <w:r>
              <w:rPr>
                <w:rFonts w:ascii="Arial" w:hAnsi="Arial"/>
              </w:rPr>
              <w:t>Estetica</w:t>
            </w:r>
            <w:proofErr w:type="spellEnd"/>
            <w:r>
              <w:rPr>
                <w:rFonts w:ascii="Arial" w:hAnsi="Arial"/>
              </w:rPr>
              <w:t xml:space="preserve"> / </w:t>
            </w:r>
            <w:proofErr w:type="spellStart"/>
            <w:r>
              <w:rPr>
                <w:rFonts w:ascii="Arial" w:hAnsi="Arial"/>
              </w:rPr>
              <w:t>Altro</w:t>
            </w:r>
            <w:proofErr w:type="spellEnd"/>
            <w:r>
              <w:rPr>
                <w:rFonts w:ascii="Arial" w:hAnsi="Arial"/>
              </w:rPr>
              <w:t>:</w:t>
            </w:r>
          </w:p>
        </w:tc>
        <w:tc>
          <w:tcPr>
            <w:tcW w:w="3540" w:type="dxa"/>
          </w:tcPr>
          <w:p w:rsidR="00226B62" w:rsidRPr="00226B62" w:rsidRDefault="00226B62" w:rsidP="00226B62">
            <w:pPr>
              <w:rPr>
                <w:rFonts w:ascii="Arial" w:hAnsi="Arial" w:cs="Arial"/>
              </w:rPr>
            </w:pPr>
            <w:proofErr w:type="spellStart"/>
            <w:r w:rsidRPr="00226B62">
              <w:rPr>
                <w:rFonts w:ascii="Arial" w:hAnsi="Arial" w:cs="Arial"/>
              </w:rPr>
              <w:t>Appassionati</w:t>
            </w:r>
            <w:proofErr w:type="spellEnd"/>
            <w:r w:rsidRPr="00226B62">
              <w:rPr>
                <w:rFonts w:ascii="Arial" w:hAnsi="Arial" w:cs="Arial"/>
              </w:rPr>
              <w:t xml:space="preserve"> di </w:t>
            </w:r>
            <w:proofErr w:type="spellStart"/>
            <w:r w:rsidRPr="00226B62">
              <w:rPr>
                <w:rFonts w:ascii="Arial" w:hAnsi="Arial" w:cs="Arial"/>
              </w:rPr>
              <w:t>oli</w:t>
            </w:r>
            <w:proofErr w:type="spellEnd"/>
            <w:r w:rsidRPr="00226B62">
              <w:rPr>
                <w:rFonts w:ascii="Arial" w:hAnsi="Arial" w:cs="Arial"/>
              </w:rPr>
              <w:t xml:space="preserve"> </w:t>
            </w:r>
            <w:proofErr w:type="spellStart"/>
            <w:r w:rsidRPr="00226B62">
              <w:rPr>
                <w:rFonts w:ascii="Arial" w:hAnsi="Arial" w:cs="Arial"/>
              </w:rPr>
              <w:t>essenziali</w:t>
            </w:r>
            <w:proofErr w:type="spellEnd"/>
            <w:r w:rsidRPr="00226B62">
              <w:rPr>
                <w:rFonts w:ascii="Arial" w:hAnsi="Arial" w:cs="Arial"/>
              </w:rPr>
              <w:t xml:space="preserve"> e </w:t>
            </w:r>
            <w:proofErr w:type="spellStart"/>
            <w:r w:rsidRPr="00226B62">
              <w:rPr>
                <w:rFonts w:ascii="Arial" w:hAnsi="Arial" w:cs="Arial"/>
              </w:rPr>
              <w:t>assolute</w:t>
            </w:r>
            <w:proofErr w:type="spellEnd"/>
            <w:r>
              <w:rPr>
                <w:rFonts w:ascii="Arial" w:hAnsi="Arial" w:cs="Arial"/>
              </w:rPr>
              <w:t xml:space="preserve"> / </w:t>
            </w:r>
            <w:proofErr w:type="spellStart"/>
            <w:r>
              <w:rPr>
                <w:rFonts w:ascii="Arial" w:hAnsi="Arial" w:cs="Arial"/>
              </w:rPr>
              <w:t>Operatori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che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vogliono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segnalare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prodotti</w:t>
            </w:r>
            <w:proofErr w:type="spellEnd"/>
            <w:r>
              <w:rPr>
                <w:rFonts w:ascii="Arial" w:hAnsi="Arial" w:cs="Arial"/>
              </w:rPr>
              <w:t xml:space="preserve"> a private / </w:t>
            </w:r>
            <w:proofErr w:type="spellStart"/>
            <w:r>
              <w:rPr>
                <w:rFonts w:ascii="Arial" w:hAnsi="Arial" w:cs="Arial"/>
              </w:rPr>
              <w:t>Altro</w:t>
            </w:r>
            <w:proofErr w:type="spellEnd"/>
            <w:r>
              <w:rPr>
                <w:rFonts w:ascii="Arial" w:hAnsi="Arial" w:cs="Arial"/>
              </w:rPr>
              <w:t>:</w:t>
            </w:r>
          </w:p>
          <w:p w:rsidR="00226B62" w:rsidRPr="00226B62" w:rsidRDefault="00226B62" w:rsidP="00226B62">
            <w:pPr>
              <w:rPr>
                <w:rFonts w:ascii="Arial" w:hAnsi="Arial" w:cs="Arial"/>
              </w:rPr>
            </w:pPr>
          </w:p>
        </w:tc>
      </w:tr>
    </w:tbl>
    <w:p w:rsidR="001C536F" w:rsidRDefault="001C536F">
      <w:pPr>
        <w:spacing w:after="0" w:line="120" w:lineRule="auto"/>
        <w:rPr>
          <w:rFonts w:ascii="Myriad Pro" w:hAnsi="Myriad Pro" w:cs="Myriad Arabic"/>
          <w:b/>
          <w:color w:val="5B4734"/>
          <w:sz w:val="21"/>
        </w:rPr>
      </w:pPr>
    </w:p>
    <w:p w:rsidR="001C536F" w:rsidRDefault="001C536F">
      <w:pPr>
        <w:spacing w:after="0" w:line="120" w:lineRule="auto"/>
        <w:rPr>
          <w:rFonts w:ascii="Myriad Pro" w:hAnsi="Myriad Pro" w:cs="Myriad Arabic"/>
          <w:b/>
          <w:color w:val="5B4734"/>
          <w:sz w:val="21"/>
        </w:rPr>
      </w:pPr>
    </w:p>
    <w:p w:rsidR="007458CC" w:rsidRPr="00416E88" w:rsidRDefault="00000000">
      <w:pPr>
        <w:spacing w:before="120" w:after="80"/>
        <w:rPr>
          <w:rFonts w:ascii="Myriad Pro" w:hAnsi="Myriad Pro" w:cs="Myriad Arabic"/>
        </w:rPr>
      </w:pPr>
      <w:r w:rsidRPr="00416E88">
        <w:rPr>
          <w:rFonts w:ascii="Myriad Pro" w:hAnsi="Myriad Pro" w:cs="Myriad Arabic"/>
          <w:b/>
          <w:color w:val="5B4734"/>
          <w:sz w:val="21"/>
        </w:rPr>
        <w:t>2. DATI DI CONTATTO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350"/>
      </w:tblGrid>
      <w:tr w:rsidR="007458CC" w:rsidRPr="00416E88" w:rsidTr="00226B62">
        <w:trPr>
          <w:jc w:val="center"/>
        </w:trPr>
        <w:tc>
          <w:tcPr>
            <w:tcW w:w="2948" w:type="dxa"/>
            <w:shd w:val="clear" w:color="auto" w:fill="F4F1ED"/>
            <w:vAlign w:val="center"/>
          </w:tcPr>
          <w:p w:rsidR="007458CC" w:rsidRPr="00416E88" w:rsidRDefault="00000000" w:rsidP="00226B62">
            <w:pPr>
              <w:spacing w:after="0"/>
              <w:ind w:left="173"/>
              <w:rPr>
                <w:rFonts w:ascii="Myriad Pro" w:hAnsi="Myriad Pro" w:cs="Myriad Arabic"/>
              </w:rPr>
            </w:pPr>
            <w:r w:rsidRPr="00416E88">
              <w:rPr>
                <w:rFonts w:ascii="Myriad Pro" w:hAnsi="Myriad Pro" w:cs="Myriad Arabic"/>
                <w:b/>
                <w:sz w:val="18"/>
              </w:rPr>
              <w:t>Nome e cognome</w:t>
            </w:r>
          </w:p>
        </w:tc>
        <w:tc>
          <w:tcPr>
            <w:tcW w:w="6350" w:type="dxa"/>
            <w:vAlign w:val="center"/>
          </w:tcPr>
          <w:p w:rsidR="007458CC" w:rsidRPr="00416E88" w:rsidRDefault="00000000">
            <w:pPr>
              <w:pBdr>
                <w:bottom w:val="single" w:sz="6" w:space="1" w:color="808080"/>
              </w:pBdr>
              <w:spacing w:after="30"/>
              <w:rPr>
                <w:rFonts w:ascii="Myriad Pro" w:hAnsi="Myriad Pro" w:cs="Myriad Arabic"/>
              </w:rPr>
            </w:pPr>
            <w:r>
              <w:rPr>
                <w:rFonts w:ascii="Arial" w:hAnsi="Arial"/>
                <w:sz w:val="21"/>
              </w:rPr>
              <w:t> </w:t>
            </w:r>
          </w:p>
        </w:tc>
      </w:tr>
      <w:tr w:rsidR="007458CC" w:rsidRPr="00416E88" w:rsidTr="00226B62">
        <w:trPr>
          <w:jc w:val="center"/>
        </w:trPr>
        <w:tc>
          <w:tcPr>
            <w:tcW w:w="2948" w:type="dxa"/>
            <w:shd w:val="clear" w:color="auto" w:fill="F4F1ED"/>
            <w:vAlign w:val="center"/>
          </w:tcPr>
          <w:p w:rsidR="007458CC" w:rsidRPr="00416E88" w:rsidRDefault="00000000" w:rsidP="00226B62">
            <w:pPr>
              <w:spacing w:after="0"/>
              <w:ind w:left="173"/>
              <w:rPr>
                <w:rFonts w:ascii="Myriad Pro" w:hAnsi="Myriad Pro" w:cs="Myriad Arabic"/>
              </w:rPr>
            </w:pPr>
            <w:r w:rsidRPr="00416E88">
              <w:rPr>
                <w:rFonts w:ascii="Myriad Pro" w:hAnsi="Myriad Pro" w:cs="Myriad Arabic"/>
                <w:b/>
                <w:sz w:val="18"/>
              </w:rPr>
              <w:t>Azienda / Attività</w:t>
            </w:r>
          </w:p>
        </w:tc>
        <w:tc>
          <w:tcPr>
            <w:tcW w:w="6350" w:type="dxa"/>
            <w:vAlign w:val="center"/>
          </w:tcPr>
          <w:p w:rsidR="007458CC" w:rsidRPr="00416E88" w:rsidRDefault="00000000">
            <w:pPr>
              <w:pBdr>
                <w:bottom w:val="single" w:sz="6" w:space="1" w:color="808080"/>
              </w:pBdr>
              <w:spacing w:after="30"/>
              <w:rPr>
                <w:rFonts w:ascii="Myriad Pro" w:hAnsi="Myriad Pro" w:cs="Myriad Arabic"/>
              </w:rPr>
            </w:pPr>
            <w:r>
              <w:rPr>
                <w:rFonts w:ascii="Arial" w:hAnsi="Arial"/>
                <w:sz w:val="21"/>
              </w:rPr>
              <w:t> </w:t>
            </w:r>
          </w:p>
        </w:tc>
      </w:tr>
      <w:tr w:rsidR="007458CC" w:rsidRPr="00416E88" w:rsidTr="00226B62">
        <w:trPr>
          <w:jc w:val="center"/>
        </w:trPr>
        <w:tc>
          <w:tcPr>
            <w:tcW w:w="2948" w:type="dxa"/>
            <w:shd w:val="clear" w:color="auto" w:fill="F4F1ED"/>
            <w:vAlign w:val="center"/>
          </w:tcPr>
          <w:p w:rsidR="007458CC" w:rsidRPr="00416E88" w:rsidRDefault="00000000" w:rsidP="00226B62">
            <w:pPr>
              <w:spacing w:after="0"/>
              <w:ind w:left="173"/>
              <w:rPr>
                <w:rFonts w:ascii="Myriad Pro" w:hAnsi="Myriad Pro" w:cs="Myriad Arabic"/>
              </w:rPr>
            </w:pPr>
            <w:r w:rsidRPr="00416E88">
              <w:rPr>
                <w:rFonts w:ascii="Myriad Pro" w:hAnsi="Myriad Pro" w:cs="Myriad Arabic"/>
                <w:b/>
                <w:sz w:val="18"/>
              </w:rPr>
              <w:t>Città / Provincia</w:t>
            </w:r>
          </w:p>
        </w:tc>
        <w:tc>
          <w:tcPr>
            <w:tcW w:w="6350" w:type="dxa"/>
            <w:vAlign w:val="center"/>
          </w:tcPr>
          <w:p w:rsidR="007458CC" w:rsidRPr="00416E88" w:rsidRDefault="00000000">
            <w:pPr>
              <w:pBdr>
                <w:bottom w:val="single" w:sz="6" w:space="1" w:color="808080"/>
              </w:pBdr>
              <w:spacing w:after="30"/>
              <w:rPr>
                <w:rFonts w:ascii="Myriad Pro" w:hAnsi="Myriad Pro" w:cs="Myriad Arabic"/>
              </w:rPr>
            </w:pPr>
            <w:r>
              <w:rPr>
                <w:rFonts w:ascii="Arial" w:hAnsi="Arial"/>
                <w:sz w:val="21"/>
              </w:rPr>
              <w:t> </w:t>
            </w:r>
          </w:p>
        </w:tc>
      </w:tr>
      <w:tr w:rsidR="007458CC" w:rsidRPr="00416E88" w:rsidTr="00226B62">
        <w:trPr>
          <w:jc w:val="center"/>
        </w:trPr>
        <w:tc>
          <w:tcPr>
            <w:tcW w:w="2948" w:type="dxa"/>
            <w:shd w:val="clear" w:color="auto" w:fill="F4F1ED"/>
            <w:vAlign w:val="center"/>
          </w:tcPr>
          <w:p w:rsidR="007458CC" w:rsidRPr="00416E88" w:rsidRDefault="00000000" w:rsidP="00226B62">
            <w:pPr>
              <w:spacing w:after="0"/>
              <w:ind w:left="173"/>
              <w:rPr>
                <w:rFonts w:ascii="Myriad Pro" w:hAnsi="Myriad Pro" w:cs="Myriad Arabic"/>
              </w:rPr>
            </w:pPr>
            <w:r w:rsidRPr="00416E88">
              <w:rPr>
                <w:rFonts w:ascii="Myriad Pro" w:hAnsi="Myriad Pro" w:cs="Myriad Arabic"/>
                <w:b/>
                <w:sz w:val="18"/>
              </w:rPr>
              <w:t>Telefono</w:t>
            </w:r>
          </w:p>
        </w:tc>
        <w:tc>
          <w:tcPr>
            <w:tcW w:w="6350" w:type="dxa"/>
            <w:vAlign w:val="center"/>
          </w:tcPr>
          <w:p w:rsidR="007458CC" w:rsidRPr="00416E88" w:rsidRDefault="00000000">
            <w:pPr>
              <w:pBdr>
                <w:bottom w:val="single" w:sz="6" w:space="1" w:color="808080"/>
              </w:pBdr>
              <w:spacing w:after="30"/>
              <w:rPr>
                <w:rFonts w:ascii="Myriad Pro" w:hAnsi="Myriad Pro" w:cs="Myriad Arabic"/>
              </w:rPr>
            </w:pPr>
            <w:r>
              <w:rPr>
                <w:rFonts w:ascii="Arial" w:hAnsi="Arial"/>
                <w:sz w:val="21"/>
              </w:rPr>
              <w:t> </w:t>
            </w:r>
          </w:p>
        </w:tc>
      </w:tr>
      <w:tr w:rsidR="007458CC" w:rsidRPr="00416E88" w:rsidTr="00226B62">
        <w:trPr>
          <w:jc w:val="center"/>
        </w:trPr>
        <w:tc>
          <w:tcPr>
            <w:tcW w:w="2948" w:type="dxa"/>
            <w:shd w:val="clear" w:color="auto" w:fill="F4F1ED"/>
            <w:vAlign w:val="center"/>
          </w:tcPr>
          <w:p w:rsidR="007458CC" w:rsidRPr="00416E88" w:rsidRDefault="00000000" w:rsidP="00226B62">
            <w:pPr>
              <w:spacing w:after="0"/>
              <w:ind w:left="173"/>
              <w:rPr>
                <w:rFonts w:ascii="Myriad Pro" w:hAnsi="Myriad Pro" w:cs="Myriad Arabic"/>
              </w:rPr>
            </w:pPr>
            <w:r w:rsidRPr="00416E88">
              <w:rPr>
                <w:rFonts w:ascii="Myriad Pro" w:hAnsi="Myriad Pro" w:cs="Myriad Arabic"/>
                <w:b/>
                <w:sz w:val="18"/>
              </w:rPr>
              <w:t>Email</w:t>
            </w:r>
          </w:p>
        </w:tc>
        <w:tc>
          <w:tcPr>
            <w:tcW w:w="6350" w:type="dxa"/>
            <w:vAlign w:val="center"/>
          </w:tcPr>
          <w:p w:rsidR="007458CC" w:rsidRPr="00416E88" w:rsidRDefault="00000000">
            <w:pPr>
              <w:pBdr>
                <w:bottom w:val="single" w:sz="6" w:space="1" w:color="808080"/>
              </w:pBdr>
              <w:spacing w:after="30"/>
              <w:rPr>
                <w:rFonts w:ascii="Myriad Pro" w:hAnsi="Myriad Pro" w:cs="Myriad Arabic"/>
              </w:rPr>
            </w:pPr>
            <w:r>
              <w:rPr>
                <w:rFonts w:ascii="Arial" w:hAnsi="Arial"/>
                <w:sz w:val="21"/>
              </w:rPr>
              <w:t> </w:t>
            </w:r>
          </w:p>
        </w:tc>
      </w:tr>
      <w:tr w:rsidR="007458CC" w:rsidRPr="00416E88" w:rsidTr="00226B62">
        <w:trPr>
          <w:jc w:val="center"/>
        </w:trPr>
        <w:tc>
          <w:tcPr>
            <w:tcW w:w="2948" w:type="dxa"/>
            <w:shd w:val="clear" w:color="auto" w:fill="F4F1ED"/>
            <w:vAlign w:val="center"/>
          </w:tcPr>
          <w:p w:rsidR="007458CC" w:rsidRPr="00416E88" w:rsidRDefault="00000000" w:rsidP="00226B62">
            <w:pPr>
              <w:spacing w:after="0"/>
              <w:ind w:left="173"/>
              <w:rPr>
                <w:rFonts w:ascii="Myriad Pro" w:hAnsi="Myriad Pro" w:cs="Myriad Arabic"/>
              </w:rPr>
            </w:pPr>
            <w:r w:rsidRPr="00416E88">
              <w:rPr>
                <w:rFonts w:ascii="Myriad Pro" w:hAnsi="Myriad Pro" w:cs="Myriad Arabic"/>
                <w:b/>
                <w:sz w:val="18"/>
              </w:rPr>
              <w:t>Sito web / Social (facoltativo)</w:t>
            </w:r>
          </w:p>
        </w:tc>
        <w:tc>
          <w:tcPr>
            <w:tcW w:w="6350" w:type="dxa"/>
            <w:vAlign w:val="center"/>
          </w:tcPr>
          <w:p w:rsidR="007458CC" w:rsidRPr="00416E88" w:rsidRDefault="00000000">
            <w:pPr>
              <w:pBdr>
                <w:bottom w:val="single" w:sz="6" w:space="1" w:color="808080"/>
              </w:pBdr>
              <w:spacing w:after="30"/>
              <w:rPr>
                <w:rFonts w:ascii="Myriad Pro" w:hAnsi="Myriad Pro" w:cs="Myriad Arabic"/>
              </w:rPr>
            </w:pPr>
            <w:r>
              <w:rPr>
                <w:rFonts w:ascii="Arial" w:hAnsi="Arial"/>
                <w:sz w:val="21"/>
              </w:rPr>
              <w:t> </w:t>
            </w:r>
          </w:p>
        </w:tc>
      </w:tr>
    </w:tbl>
    <w:p w:rsidR="00226B62" w:rsidRPr="00226B62" w:rsidRDefault="00226B62">
      <w:pPr>
        <w:spacing w:before="120" w:after="60"/>
        <w:rPr>
          <w:rFonts w:ascii="Myriad Pro" w:hAnsi="Myriad Pro" w:cs="Myriad Arabic"/>
          <w:b/>
          <w:color w:val="5B4734"/>
          <w:sz w:val="16"/>
          <w:szCs w:val="16"/>
        </w:rPr>
      </w:pPr>
    </w:p>
    <w:p w:rsidR="007458CC" w:rsidRPr="00416E88" w:rsidRDefault="00000000">
      <w:pPr>
        <w:spacing w:before="120" w:after="60"/>
        <w:rPr>
          <w:rFonts w:ascii="Myriad Pro" w:hAnsi="Myriad Pro" w:cs="Myriad Arabic"/>
        </w:rPr>
      </w:pPr>
      <w:r w:rsidRPr="00416E88">
        <w:rPr>
          <w:rFonts w:ascii="Myriad Pro" w:hAnsi="Myriad Pro" w:cs="Myriad Arabic"/>
          <w:b/>
          <w:color w:val="5B4734"/>
          <w:sz w:val="21"/>
        </w:rPr>
        <w:t>3. PRESENTACI BREVEMENTE LA TUA ATTIVITÀ</w:t>
      </w:r>
    </w:p>
    <w:p w:rsidR="007458CC" w:rsidRPr="00416E88" w:rsidRDefault="00000000">
      <w:pPr>
        <w:spacing w:after="40"/>
        <w:rPr>
          <w:rFonts w:ascii="Myriad Pro" w:hAnsi="Myriad Pro" w:cs="Myriad Arabic"/>
        </w:rPr>
      </w:pPr>
      <w:r w:rsidRPr="00416E88">
        <w:rPr>
          <w:rFonts w:ascii="Myriad Pro" w:hAnsi="Myriad Pro" w:cs="Myriad Arabic"/>
        </w:rPr>
        <w:t>Raccontaci in poche righe la tua attività e come immagini di utilizzare o proporre i prodotti L’Alambicco.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303027" w:rsidTr="001C536F">
        <w:trPr>
          <w:trHeight w:val="1382"/>
        </w:trPr>
        <w:tc>
          <w:tcPr>
            <w:tcW w:w="978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03027" w:rsidRDefault="00000000">
            <w:pPr>
              <w:spacing w:after="0"/>
            </w:pPr>
            <w:r>
              <w:rPr>
                <w:sz w:val="21"/>
              </w:rPr>
              <w:t> </w:t>
            </w:r>
          </w:p>
        </w:tc>
      </w:tr>
    </w:tbl>
    <w:p w:rsidR="00416E88" w:rsidRDefault="00416E88">
      <w:pPr>
        <w:spacing w:after="0" w:line="120" w:lineRule="auto"/>
        <w:rPr>
          <w:rFonts w:ascii="Myriad Pro" w:hAnsi="Myriad Pro" w:cs="Myriad Arabic"/>
          <w:b/>
          <w:color w:val="5B4734"/>
          <w:sz w:val="21"/>
        </w:rPr>
      </w:pPr>
    </w:p>
    <w:p w:rsidR="00E359D1" w:rsidRPr="00416E88" w:rsidRDefault="00E359D1">
      <w:pPr>
        <w:spacing w:after="0" w:line="120" w:lineRule="auto"/>
        <w:rPr>
          <w:rFonts w:ascii="Myriad Pro" w:hAnsi="Myriad Pro" w:cs="Myriad Arabic"/>
          <w:b/>
          <w:color w:val="5B4734"/>
          <w:sz w:val="21"/>
        </w:rPr>
      </w:pPr>
    </w:p>
    <w:p w:rsidR="007458CC" w:rsidRPr="00416E88" w:rsidRDefault="00000000">
      <w:pPr>
        <w:spacing w:before="140" w:after="60"/>
        <w:rPr>
          <w:rFonts w:ascii="Myriad Pro" w:hAnsi="Myriad Pro" w:cs="Myriad Arabic"/>
        </w:rPr>
      </w:pPr>
      <w:r w:rsidRPr="00416E88">
        <w:rPr>
          <w:rFonts w:ascii="Myriad Pro" w:hAnsi="Myriad Pro" w:cs="Myriad Arabic"/>
          <w:b/>
          <w:color w:val="5B4734"/>
          <w:sz w:val="21"/>
        </w:rPr>
        <w:t>4. INTERESSE PRINCIPALE</w:t>
      </w:r>
    </w:p>
    <w:p w:rsidR="007458CC" w:rsidRPr="00416E88" w:rsidRDefault="00000000">
      <w:pPr>
        <w:spacing w:after="0"/>
        <w:rPr>
          <w:rFonts w:ascii="Myriad Pro" w:hAnsi="Myriad Pro" w:cs="Myriad Arabic"/>
        </w:rPr>
      </w:pPr>
      <w:sdt>
        <w:sdtPr>
          <w:alias w:val="INT_OE_ASSOLUTE"/>
          <w:tag w:val="INT_OE_ASSOLUTE"/>
          <w:id w:val="30193953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 w:rsidR="00E359D1">
            <w:rPr>
              <w:rFonts w:ascii="Segoe UI Symbol" w:hAnsi="Segoe UI Symbol"/>
            </w:rPr>
            <w:t>☐</w:t>
          </w:r>
        </w:sdtContent>
      </w:sdt>
      <w:r>
        <w:rPr>
          <w:rFonts w:ascii="Arial" w:hAnsi="Arial"/>
        </w:rPr>
        <w:t xml:space="preserve"> Oli </w:t>
      </w:r>
      <w:proofErr w:type="spellStart"/>
      <w:r>
        <w:rPr>
          <w:rFonts w:ascii="Arial" w:hAnsi="Arial"/>
        </w:rPr>
        <w:t>Essenziali</w:t>
      </w:r>
      <w:proofErr w:type="spellEnd"/>
      <w:r>
        <w:rPr>
          <w:rFonts w:ascii="Arial" w:hAnsi="Arial"/>
        </w:rPr>
        <w:t xml:space="preserve"> e </w:t>
      </w:r>
      <w:proofErr w:type="spellStart"/>
      <w:r>
        <w:rPr>
          <w:rFonts w:ascii="Arial" w:hAnsi="Arial"/>
        </w:rPr>
        <w:t>Assolute</w:t>
      </w:r>
      <w:proofErr w:type="spellEnd"/>
      <w:r>
        <w:rPr>
          <w:rFonts w:ascii="Arial" w:hAnsi="Arial"/>
        </w:rPr>
        <w:t xml:space="preserve">    </w:t>
      </w:r>
      <w:sdt>
        <w:sdtPr>
          <w:alias w:val="INT_ATELIER"/>
          <w:tag w:val="INT_ATELIER"/>
          <w:id w:val="105460606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  <w:szCs w:val="19"/>
            </w:rPr>
            <w:t>☐</w:t>
          </w:r>
        </w:sdtContent>
      </w:sdt>
      <w:r>
        <w:rPr>
          <w:rFonts w:ascii="Arial" w:hAnsi="Arial"/>
        </w:rPr>
        <w:t xml:space="preserve"> Atelier </w:t>
      </w:r>
      <w:proofErr w:type="spellStart"/>
      <w:r>
        <w:rPr>
          <w:rFonts w:ascii="Arial" w:hAnsi="Arial"/>
        </w:rPr>
        <w:t>Olfattivo</w:t>
      </w:r>
      <w:proofErr w:type="spellEnd"/>
      <w:r>
        <w:rPr>
          <w:rFonts w:ascii="Arial" w:hAnsi="Arial"/>
        </w:rPr>
        <w:t xml:space="preserve">    </w:t>
      </w:r>
      <w:sdt>
        <w:sdtPr>
          <w:alias w:val="INT_RIFLESSOLIO"/>
          <w:tag w:val="INT_RIFLESSOLIO"/>
          <w:id w:val="198860544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  <w:szCs w:val="19"/>
            </w:rPr>
            <w:t>☐</w:t>
          </w:r>
        </w:sdtContent>
      </w:sdt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Riflessolio</w:t>
      </w:r>
      <w:proofErr w:type="spellEnd"/>
      <w:r>
        <w:rPr>
          <w:rFonts w:ascii="Arial" w:hAnsi="Arial"/>
        </w:rPr>
        <w:t xml:space="preserve">    </w:t>
      </w:r>
      <w:sdt>
        <w:sdtPr>
          <w:alias w:val="INT_COSMETICA"/>
          <w:tag w:val="INT_COSMETICA"/>
          <w:id w:val="25783734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  <w:szCs w:val="19"/>
            </w:rPr>
            <w:t>☐</w:t>
          </w:r>
        </w:sdtContent>
      </w:sdt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Linee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cosmetiche</w:t>
      </w:r>
      <w:proofErr w:type="spellEnd"/>
      <w:r w:rsidR="00B16A2B">
        <w:rPr>
          <w:rFonts w:ascii="Arial" w:hAnsi="Arial"/>
        </w:rPr>
        <w:t xml:space="preserve"> - Damascus</w:t>
      </w:r>
      <w:r>
        <w:rPr>
          <w:rFonts w:ascii="Arial" w:hAnsi="Arial"/>
        </w:rPr>
        <w:t xml:space="preserve">    </w:t>
      </w:r>
      <w:sdt>
        <w:sdtPr>
          <w:alias w:val="INT_FORMAZIONE"/>
          <w:tag w:val="INT_FORMAZIONE"/>
          <w:id w:val="7734012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rFonts w:ascii="Segoe UI Symbol" w:hAnsi="Segoe UI Symbol"/>
              <w:szCs w:val="19"/>
            </w:rPr>
            <w:t>☐</w:t>
          </w:r>
        </w:sdtContent>
      </w:sdt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Formazione</w:t>
      </w:r>
      <w:proofErr w:type="spellEnd"/>
      <w:r>
        <w:rPr>
          <w:rFonts w:ascii="Arial" w:hAnsi="Arial"/>
        </w:rPr>
        <w:br/>
      </w:r>
      <w:sdt>
        <w:sdtPr>
          <w:alias w:val="INT_ALTRO"/>
          <w:tag w:val="INT_ALTRO"/>
          <w:id w:val="48573915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 w:rsidR="00B16A2B">
            <w:rPr>
              <w:rFonts w:ascii="Segoe UI Symbol" w:hAnsi="Segoe UI Symbol"/>
            </w:rPr>
            <w:t>☐</w:t>
          </w:r>
        </w:sdtContent>
      </w:sdt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Altro</w:t>
      </w:r>
      <w:proofErr w:type="spellEnd"/>
      <w:r>
        <w:rPr>
          <w:rFonts w:ascii="Arial" w:hAnsi="Arial"/>
        </w:rPr>
        <w:t xml:space="preserve">: </w:t>
      </w:r>
      <w:r>
        <w:rPr>
          <w:rFonts w:ascii="Arial" w:hAnsi="Arial"/>
          <w:u w:val="single"/>
        </w:rPr>
        <w:t xml:space="preserve">                              </w:t>
      </w:r>
    </w:p>
    <w:p w:rsidR="00416E88" w:rsidRDefault="00416E88">
      <w:pPr>
        <w:spacing w:after="0" w:line="120" w:lineRule="auto"/>
        <w:rPr>
          <w:rFonts w:ascii="Myriad Pro" w:hAnsi="Myriad Pro" w:cs="Myriad Arabic"/>
          <w:b/>
          <w:color w:val="5B4734"/>
          <w:sz w:val="21"/>
        </w:rPr>
      </w:pPr>
    </w:p>
    <w:p w:rsidR="00E359D1" w:rsidRPr="00416E88" w:rsidRDefault="00E359D1">
      <w:pPr>
        <w:spacing w:after="0" w:line="120" w:lineRule="auto"/>
        <w:rPr>
          <w:rFonts w:ascii="Myriad Pro" w:hAnsi="Myriad Pro" w:cs="Myriad Arabic"/>
          <w:b/>
          <w:color w:val="5B4734"/>
          <w:sz w:val="21"/>
        </w:rPr>
      </w:pPr>
    </w:p>
    <w:p w:rsidR="007458CC" w:rsidRPr="00416E88" w:rsidRDefault="00000000">
      <w:pPr>
        <w:spacing w:before="140" w:after="60"/>
        <w:rPr>
          <w:rFonts w:ascii="Myriad Pro" w:hAnsi="Myriad Pro" w:cs="Myriad Arabic"/>
        </w:rPr>
      </w:pPr>
      <w:r w:rsidRPr="00416E88">
        <w:rPr>
          <w:rFonts w:ascii="Myriad Pro" w:hAnsi="Myriad Pro" w:cs="Myriad Arabic"/>
          <w:b/>
          <w:color w:val="5B4734"/>
          <w:sz w:val="21"/>
        </w:rPr>
        <w:t>PRIVACY E INVIO</w:t>
      </w:r>
    </w:p>
    <w:p w:rsidR="007458CC" w:rsidRPr="00416E88" w:rsidRDefault="00000000">
      <w:pPr>
        <w:spacing w:after="60"/>
        <w:rPr>
          <w:rFonts w:ascii="Myriad Pro" w:hAnsi="Myriad Pro" w:cs="Myriad Arabic"/>
        </w:rPr>
      </w:pPr>
      <w:sdt>
        <w:sdtPr>
          <w:alias w:val="PRIVACY_CONSENSO"/>
          <w:tag w:val="PRIVACY_CONSENSO"/>
          <w:id w:val="137976729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 w:rsidR="00226B62">
            <w:rPr>
              <w:rFonts w:ascii="Segoe UI Symbol" w:hAnsi="Segoe UI Symbol"/>
            </w:rPr>
            <w:t>☐</w:t>
          </w:r>
        </w:sdtContent>
      </w:sdt>
      <w:r>
        <w:rPr>
          <w:rFonts w:ascii="Arial" w:hAnsi="Arial"/>
          <w:sz w:val="18"/>
        </w:rPr>
        <w:t xml:space="preserve"> </w:t>
      </w:r>
      <w:proofErr w:type="spellStart"/>
      <w:r>
        <w:rPr>
          <w:rFonts w:ascii="Arial" w:hAnsi="Arial"/>
          <w:sz w:val="18"/>
        </w:rPr>
        <w:t>Dichiaro</w:t>
      </w:r>
      <w:proofErr w:type="spellEnd"/>
      <w:r>
        <w:rPr>
          <w:rFonts w:ascii="Arial" w:hAnsi="Arial"/>
          <w:sz w:val="18"/>
        </w:rPr>
        <w:t xml:space="preserve"> di aver preso visione dell’informativa privacy e autorizzo il trattamento dei dati per la gestione della presente richiesta.</w:t>
      </w:r>
    </w:p>
    <w:p w:rsidR="007458CC" w:rsidRPr="00416E88" w:rsidRDefault="00000000">
      <w:pPr>
        <w:spacing w:before="40" w:after="0"/>
        <w:jc w:val="center"/>
        <w:rPr>
          <w:rFonts w:ascii="Myriad Pro" w:hAnsi="Myriad Pro" w:cs="Myriad Arabic"/>
        </w:rPr>
      </w:pPr>
      <w:r w:rsidRPr="00416E88">
        <w:rPr>
          <w:rFonts w:ascii="Myriad Pro" w:hAnsi="Myriad Pro" w:cs="Myriad Arabic"/>
          <w:i/>
          <w:color w:val="5A5A5A"/>
          <w:sz w:val="17"/>
        </w:rPr>
        <w:t>Le condizioni commerciali e il listino dedicato vengono comunicati dopo la verifica della richiesta.</w:t>
      </w:r>
    </w:p>
    <w:sectPr w:rsidR="007458CC" w:rsidRPr="00416E88" w:rsidSect="00034616">
      <w:footerReference w:type="default" r:id="rId9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33F02" w:rsidRDefault="00E33F02">
      <w:pPr>
        <w:spacing w:after="0" w:line="240" w:lineRule="auto"/>
      </w:pPr>
      <w:r>
        <w:separator/>
      </w:r>
    </w:p>
  </w:endnote>
  <w:endnote w:type="continuationSeparator" w:id="0">
    <w:p w:rsidR="00E33F02" w:rsidRDefault="00E33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Arabic">
    <w:panose1 w:val="01010101010101010101"/>
    <w:charset w:val="B2"/>
    <w:family w:val="auto"/>
    <w:notTrueType/>
    <w:pitch w:val="variable"/>
    <w:sig w:usb0="00002007" w:usb1="00000000" w:usb2="00000000" w:usb3="00000000" w:csb0="0000004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58CC" w:rsidRDefault="00000000">
    <w:pPr>
      <w:pStyle w:val="Pidipagina"/>
      <w:jc w:val="center"/>
    </w:pPr>
    <w:proofErr w:type="spellStart"/>
    <w:r>
      <w:rPr>
        <w:color w:val="787878"/>
        <w:sz w:val="16"/>
      </w:rPr>
      <w:t>L’Alambicco</w:t>
    </w:r>
    <w:proofErr w:type="spellEnd"/>
    <w:r>
      <w:rPr>
        <w:color w:val="787878"/>
        <w:sz w:val="16"/>
      </w:rPr>
      <w:t xml:space="preserve"> • alambiccolab.com</w:t>
    </w:r>
    <w:r w:rsidR="00E359D1">
      <w:rPr>
        <w:color w:val="787878"/>
        <w:sz w:val="16"/>
      </w:rPr>
      <w:t xml:space="preserve"> - Rivergaro, Piacenza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33F02" w:rsidRDefault="00E33F02">
      <w:pPr>
        <w:spacing w:after="0" w:line="240" w:lineRule="auto"/>
      </w:pPr>
      <w:r>
        <w:separator/>
      </w:r>
    </w:p>
  </w:footnote>
  <w:footnote w:type="continuationSeparator" w:id="0">
    <w:p w:rsidR="00E33F02" w:rsidRDefault="00E33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6388464">
    <w:abstractNumId w:val="8"/>
  </w:num>
  <w:num w:numId="2" w16cid:durableId="1636183664">
    <w:abstractNumId w:val="6"/>
  </w:num>
  <w:num w:numId="3" w16cid:durableId="1634631034">
    <w:abstractNumId w:val="5"/>
  </w:num>
  <w:num w:numId="4" w16cid:durableId="1761296608">
    <w:abstractNumId w:val="4"/>
  </w:num>
  <w:num w:numId="5" w16cid:durableId="503281719">
    <w:abstractNumId w:val="7"/>
  </w:num>
  <w:num w:numId="6" w16cid:durableId="1369985440">
    <w:abstractNumId w:val="3"/>
  </w:num>
  <w:num w:numId="7" w16cid:durableId="1841964571">
    <w:abstractNumId w:val="2"/>
  </w:num>
  <w:num w:numId="8" w16cid:durableId="1484852518">
    <w:abstractNumId w:val="1"/>
  </w:num>
  <w:num w:numId="9" w16cid:durableId="281881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536F"/>
    <w:rsid w:val="00226B62"/>
    <w:rsid w:val="00237DB8"/>
    <w:rsid w:val="0029639D"/>
    <w:rsid w:val="00303027"/>
    <w:rsid w:val="00326F90"/>
    <w:rsid w:val="00416E88"/>
    <w:rsid w:val="007458CC"/>
    <w:rsid w:val="00783FA0"/>
    <w:rsid w:val="008D14FC"/>
    <w:rsid w:val="00AA1D8D"/>
    <w:rsid w:val="00B16A2B"/>
    <w:rsid w:val="00B47730"/>
    <w:rsid w:val="00C34B93"/>
    <w:rsid w:val="00CB0664"/>
    <w:rsid w:val="00E33F02"/>
    <w:rsid w:val="00E359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C940E7"/>
  <w14:defaultImageDpi w14:val="300"/>
  <w15:docId w15:val="{958B5548-B07B-E043-9E1C-43E1824F9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eWeb">
    <w:name w:val="Normal (Web)"/>
    <w:basedOn w:val="Normale"/>
    <w:uiPriority w:val="99"/>
    <w:semiHidden/>
    <w:unhideWhenUsed/>
    <w:rsid w:val="00226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3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95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6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1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Ivano Poggi</cp:lastModifiedBy>
  <cp:revision>3</cp:revision>
  <cp:lastPrinted>2026-10-24T07:47:00Z</cp:lastPrinted>
  <dcterms:created xsi:type="dcterms:W3CDTF">2026-10-22T16:55:00Z</dcterms:created>
  <dcterms:modified xsi:type="dcterms:W3CDTF">2026-10-24T07:47:00Z</dcterms:modified>
  <cp:category/>
</cp:coreProperties>
</file>